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1686: 组合的输出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1686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递归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237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递归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排列与组合是常用的数学方法，其中组合就是从 n 个元素中抽出 r 个元素(不分顺序且 r ≤ n)，我们可以简单地将n个元素理解为自然数 1，2，⋯，n，从中任取 r 个数。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现要求你不用递归的方法输出所有组合。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例如 n ＝ 5 ，r ＝ 3 ，所有组合为：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1 2 3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1 2 4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1 2 5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1 3 4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1 3 5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1 4 5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2 3 4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2 3 5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2 4 5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3 4 5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一行两个自然数 n、r ( 1 &lt; n &lt; 21，1 ≤ r ≤ n )。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所有的组合，每一个组合占一行且其中的元素按由小到大的顺序排列，所有的组合也按字典顺序。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5 3</w:t>
      </w:r>
    </w:p>
    <w:p>
      <w:pPr>
        <w:pStyle w:val="Heading1"/>
      </w:pPr>
      <w:r>
        <w:t>样例输出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1 2 3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1 2 4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1 2 5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1 3 4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1 3 5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1 4 5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2 3 4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2 3 5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2 4 5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3 4 5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