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1684: 进制转换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上机练习6.3.6    用递归算法将一个十进制数 X 转换成任意进制数 M（M ≤ 16）。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一行，整数 X 和 M，X ≤ 10^9，M ≤ 16。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十进制数 X 的 M 进制数。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11 2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