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1681: 铺地毯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为了准备一个独特的颁奖典礼，组织者在会场的一片矩形区域（可看做是平面直角坐标系的第一象限）铺上一些矩形地毯。一共有 nnn 张地毯，编号从 111 到nnn。现在将这些地毯按照编号从小到大的顺序平行于坐标轴先后铺设，后铺的地毯覆盖在前面已经铺好的地毯之上。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地毯铺设完成后，组织者想知道覆盖地面某个点的最上面的那张地毯的编号。注意：在矩形地毯边界和四个顶点上的点也算被地毯覆盖。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输入共n+2n+2n+2行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第一行，一个整数nnn，表示总共有nnn张地毯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接下来的nnn行中，第 i+1i+1i+1行表示编号iii的地毯的信息，包含四个正整数a,b,g,ka ,b ,g ,ka,b,g,k ，每两个整数之间用一个空格隔开，分别表示铺设地毯的左下角的坐标(a,b)(a,b)(a,b)以及地毯在xxx轴和yyy轴方向的长度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第n+2n+2n+2行包含两个正整数xxx和yyy，表示所求的地面的点的坐标(x,y)(x,y)(x,y)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输出共111行，一个整数，表示所求的地毯的编号；若此处没有被地毯覆盖则输出−1-1−1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0 2 3 3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如下图，111 号地毯用实线表示，222 号地毯用虚线表示，333 号用双实线表示，覆盖点(2,2)(2,2)(2,2)的最上面一张地毯是 333 号地毯。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对于30% 的数据，有 n≤2n ≤2n≤2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对于50% 的数据，0≤a,b,g,k≤1000 ≤a, b, g, k≤1000≤a,b,g,k≤100；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对于100%的数据，有 0≤n≤10,0000 ≤n ≤10,0000≤n≤10,000 ，0≤a,b,g,k≤100,0000≤a, b, g, k ≤100,0000≤a,b,g,k≤100,000。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noip2011提高组day1第1题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2358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c0g9ah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23582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