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1677: 判断3个整数是否满足条件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1677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2360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分支问题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从键盘输入 3 个整数 a、b、c，在 a+b+c 的和为偶数的情况下，如果 a + b  ≥  c，则输出 Yes，否则输出No ，如果 a + b + c 的和为奇数，则输出 Bad。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 3 个整数，在一行输入，中间用空格隔开！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Yes 或 No 或 Bad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1 2 3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Yes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