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1676: 绝对值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输入一个浮点数，输出它的绝对值，保留两位小数。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一个浮点数。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输入浮点数的绝对值，保留两位小数。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0.2013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0.20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 绝对值：不管该数为正数还是负数，绝对值永远为正数，比如 5 的绝对值为 5，-12 的绝对值为 12，-100 的绝对值为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 浮点数：即为小数，也称之为实数。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