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1674: 判断整除1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1674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2441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从键盘输入一个整数，判断是否能被 3 整除但不能被 5 整除, 如果满足条件则输出 Yes ,否则输出 No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Yes 或 No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Yes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