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1671: 判断一个数是否是水仙花数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输入一个三位数 n，判断是否为水仙花数，如果是则输出YES ，不是则输出 NO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水仙花数：是指一个 3 位数，它的每个位上的数字的 3 次幂之和等于它本身。（例如：1  ×  1  ×  1 + 5  ×  5  ×  5 + 3  ×  3  ×  3 = 153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读入一个三位整数。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YES 或者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153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