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1669: 上什么课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16071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暑假来了，晶晶报了四门课来充实自己的暑假生活；周一上游泳，周三上编程，周五上阅读，周六上数学；其余时间没课。请从键盘读入今天是星期几，输出晶晶今天应该上什么课。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请注意：游泳课请输出 swim ，编程课请输出 program  ，阅读课请输出 read ，数学课请输出 math ，没课请输出 rest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比如，输入 3 代表今天是周三，那么应该输出 program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，代表今天是星期几（ n 是 1 ∼ 7 之间的整数）。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按要求输出晶晶应该上的课。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swim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