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1664: 质因数分解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已知正整数 n 是两个不同的质数的乘积，试求出较大的那个质数。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输入只有一行，包含一个正整数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输出只有一行，包含一个正整数 p，即较大的那个质数。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 的数据， 6 ≤ n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100 % 的数据，6 ≤ n ≤2 *10^9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noip2012普及组复赛第1题。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