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1660: 今天要上课吗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13006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暑假来了，晶晶报了自己心仪已久的游泳课，非常开心，老师告诉晶晶每周周一、周三、周五、周六四天都要上课的，晶晶担心自己会忘记，请你编写一个程序，从键盘读入今天星期几，输出是否要上课，如果要上课，请输出 youke ，如果不要上课，请输出 meike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n（n 是 1 ∼ 7 之间的整数），代表今天是星期几。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根据要求输出 youke 或者 meike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youke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