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1657: 能不能进入待选名单？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班级选拔学习委员，老师定了一个标准是：语文、数学、英语三门功课的平均分要在 90 或者 90 以上，为了防止有同学偏科严重，老师又加了一个标准：三门功课不允许有在 86 分以下的成绩。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请你编写一个程序，读入一位同学三门功课的成绩，判断一下他能否进入学习委员选拔的待选名单，如果能，请输出 good ，如果不能请输出 sorry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比如：小丽同学三门功课分别考了 98 95 88，那么她就达到了入选标准；小华同学三门功课分别考了 85 99 98 ，那么他就达不到入选标准。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三个整数，代表某位同学三门功课的成绩。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能入选请输出 good ，如果不能请输出 sorry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98 95 88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good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