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1656: 是两位的偶数吗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14646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，请帮忙判断一下这个整数 n 是否是两位的偶数，如果是输出 Yes ，如果不是，请输出 No 。（请注意大小写）。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比如：28 就是一个两位偶数，而 128 就不是两位偶数。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如果n是两位偶数输出 Yes ，否则输出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