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1655: 是不是正方形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13511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输入两个整数，判断如果和两个整数是一个矩形的相邻两条的边的话，这个矩形是不是正方形？如果是正方形输出 Y ，如果不是输出 N ；不论是否是正方形，都请输出它的面积。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 2 3，那么就不是正方形，输出应当如下：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再比如，输入 6 6，那么就是正方形，输出应当如下：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输出有两行；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行输出是否是正方形，如果是输出 Y ，不是输出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行输出该矩形的面积。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