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1654: 全部排列问题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输出 1 ⋯ n 个数的全部排列。全部排列中，数字可以重复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例如输入 3 ，输出全部排列的结果如下：111、112、113、121、122、123、131、132、133、211、212、213、221、222、223、231、232、233、311、312、313、321、322、323、331、332、333。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n（1 &lt; n ≤ 6）。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按照由小到大的顺序输出 1 ⋯ n 这 n 个数的全部排列情况。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