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1653: 取数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5647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设有 N 个正整数（1 ≤ N ≤ 50），其中每一个均是大于等于 1、小于等于 300 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从这 N 个数中任取出若干个数（不能取相邻的数），要求得到一种取法，使得到的和为最大。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例如：当 N=5 时，有 5 个数分别为：13,18,28,45,21；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此时，有许多种取法，如：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13,28,21 和为 62；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13, 45 和为 58；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18, 45 和为 63；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⋯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个符合条件的整数。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一个整数，即最大和。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13 18 28 45 21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