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1645: 正负数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1645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2690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从键盘读入一个非 0 整数，判断它的正负。是正数，则输出“ + ”，是负数，则输出 “ - ”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一个非 0 整数 n ( n 在 -32768 ∼ 32767 之间)。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是正数，则输出 “ + ”，是负数，则输出 “-”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+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