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1643: 行李托运费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13736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乘坐飞机时，当乘客行李小于等于 20 公斤时，按每公斤 1.68 元收费，大于 20 公斤时，按每公斤 1.98 元收费，编程计算收费(保留 2 位小数)。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一个数，表示行李重量（单位：公斤）。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行李托运费，保留 2 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20.5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40.59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