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1642: 成绩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15946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根据用户输入的成绩，判断是否通过了考试。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一个整数，表示考试成绩。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  ≥ 60，输出 “pass!”；否则输出 “ sorry! 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pass!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