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1639: 最大最小数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2078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输入五个整数，输出最大数和最小数。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五个数在同一行输入。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Max＝ 最大数。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Min＝ 最小数。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5 个整数，在一行输入，每个数字以空格隔开。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按照题目要求的格式，输出最大数和最小数。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行输出最大数。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行输出最小数。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11 34 90 123 66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Max＝123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Min＝11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