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1634: 游戏任务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小明接受了一个游戏任务，在 20 分钟内从 A 地到 B 地！途中会出现 3 个难题，要求小明用最快的时间解答出来？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请编程求小明能不能完成任务，能的输出 “ YES ” 不能的输出 “ NO ”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同一行输入 c,s,a1,a2,a3 五个数。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（ c 代表 A 、B 两地的距离， s 代表小明的速度， a1,a2,a3 代表解答问题的时间！）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一行，能的输出 能的输出 “ YES ” 不能的输出 “ NO ”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10 2 3 4 5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