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1631: 计算密码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16733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军事单位由于作战需要，需将一个六位数按规则重新转换后传递，转换规则是：先将六位数分为前三位和后三位，然后比较，将较大的三位数放在前面，较小的三位数放在后面，重新组成一个六位数；请编程帮助该单位计算出转换后的六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 687523，那么前三位数 687 ，后三位数523 ，由于前三位   &gt;   后三位，因此不需要换位置，计算结果任然是 687523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再比如：输入 123468 ，那么前三位是 123 ，后三位是468 ，由于前三位  &lt;  后三位，因此需要换位置，得到新的 6 位数是 468123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一个六位整数。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输出按照规则计算的结果。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687523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687523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