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1625: 谁的年龄大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21316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甲乙两个人在公园相遇，甲说我今年 n 岁了（ n 是一个两位的整数，个位和十位不相等），乙说，太巧了，你的年龄倒过来，就是我的年龄，请问两个人谁的年龄更大， 请输出那个更大的年龄？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比如，假设甲今年 12 岁，那么乙就是 21 岁，乙的年龄更大，应当输出乙的年龄 21 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，代表甲的年龄。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输出两个人年龄的较大值。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