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1621: 递增的5位数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1621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3122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5 位数，已知他的个位是 n（ n 是一个 0 ∼ 5 之间的整数），十位比个位大 1，百位比十位大 1，千位比百位大 1 ，万位比千位大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请从键盘输入这个数的个位 n，求出这个 5位数是多少？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比如，假设 n=1 ，那么这个 5 位数就是 54321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是 0 ∼ 5之间的整数）。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求出满足条件的 5 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54321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