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1620: 对称的六位数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有一个六位数，是左右对称图形，对称图形的意思是，这个数正过来和倒过来是一样的，比如 123321、506605 等数都是六位的对称数。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请从键盘读入一个三位数，作为这个六位数的后三位，求出该六位数是多少？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比如：输入 321 作为这个六位数的后三位，那么前三位一定是 123 ，这个六位数就是 123321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一个三位数（这个三位数的个位一定不为 0），作为六位数的百位、十位和个位。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输出计算出的满足条件的六位数。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321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123321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