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1619: 数字解密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1619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3383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探险家哥伦布和好友两人来到一个小岛探险，小岛上有一个藏有宝藏的山洞，山洞的门需要一个四位数的密码，这个密码被加密后存入一个玻璃瓶藏在岛上，两人经过苦苦寻找，终于找到了密码，也找到了解密方式；解密方式为：将这个四位数千位和百位颠倒、十位和个位颠倒，就可以解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请你编程帮助他们计算出密码是多少？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比如：假设他们找到加密后的四位数是 1286 ，那么千位和百位颠倒、十位和个位颠倒得到的结果就是 2168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一个加密后的四位整数。（这个四位数不含数字 0 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解密后的四位整数。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1286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2168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