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1616: 小明购书</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1616</w:t>
            </w:r>
          </w:p>
        </w:tc>
      </w:tr>
      <w:tr>
        <w:tc>
          <w:tcPr>
            <w:tcW w:type="dxa" w:w="4320"/>
          </w:tcPr>
          <w:p>
            <w:r>
              <w:t>标签</w:t>
            </w:r>
          </w:p>
        </w:tc>
        <w:tc>
          <w:tcPr>
            <w:tcW w:type="dxa" w:w="4320"/>
          </w:tcPr>
          <w:p>
            <w:r>
              <w:t>基础问题</w:t>
            </w:r>
          </w:p>
        </w:tc>
      </w:tr>
      <w:tr>
        <w:tc>
          <w:tcPr>
            <w:tcW w:type="dxa" w:w="4320"/>
          </w:tcPr>
          <w:p>
            <w:r>
              <w:t>难度</w:t>
            </w:r>
          </w:p>
        </w:tc>
        <w:tc>
          <w:tcPr>
            <w:tcW w:type="dxa" w:w="4320"/>
          </w:tcPr>
          <w:p>
            <w:r>
              <w:t>入门</w:t>
            </w:r>
          </w:p>
        </w:tc>
      </w:tr>
      <w:tr>
        <w:tc>
          <w:tcPr>
            <w:tcW w:type="dxa" w:w="4320"/>
          </w:tcPr>
          <w:p>
            <w:r>
              <w:t>正确</w:t>
            </w:r>
          </w:p>
        </w:tc>
        <w:tc>
          <w:tcPr>
            <w:tcW w:type="dxa" w:w="4320"/>
          </w:tcPr>
          <w:p>
            <w:r>
              <w:t>3395</w:t>
            </w:r>
          </w:p>
        </w:tc>
      </w:tr>
      <w:tr>
        <w:tc>
          <w:tcPr>
            <w:tcW w:type="dxa" w:w="4320"/>
          </w:tcPr>
          <w:p>
            <w:r>
              <w:t>来源</w:t>
            </w:r>
          </w:p>
        </w:tc>
        <w:tc>
          <w:tcPr>
            <w:tcW w:type="dxa" w:w="4320"/>
          </w:tcPr>
          <w:p>
            <w:r>
              <w:t>基础问题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小明和小华去帮班上的同学购买课外书，小明带了 x 元（ x 是一个四位整数），小明问小华带了多少钱，小华说自己带的钱正好是小明带的前把前两位和后两位直接换位置那么多，请你编程帮助小华计算一下，他带了多少钱？</w:t>
      </w:r>
    </w:p>
    <w:p>
      <w:pPr>
        <w:spacing w:before="40" w:after="40"/>
        <w:ind w:left="720"/>
      </w:pPr>
      <w:r>
        <w:rPr>
          <w:rFonts w:ascii="Consolas" w:hAnsi="Consolas"/>
          <w:sz w:val="18"/>
        </w:rPr>
        <w:t>比如，假设小明带了 1298 元，那么小华带的金额就是 9812 元。</w:t>
      </w:r>
    </w:p>
    <w:p>
      <w:pPr>
        <w:spacing w:before="40" w:after="40"/>
        <w:ind w:left="720"/>
      </w:pPr>
      <w:r>
        <w:rPr>
          <w:rFonts w:ascii="Consolas" w:hAnsi="Consolas"/>
          <w:sz w:val="18"/>
        </w:rPr>
        <w:t>再比如，假设小明带了 1208 元，那么小华带的金额就是812 元。</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一个整数 x 代表小明的带的金额，x 是一个四位的整数。</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小华带的金额。</w:t>
      </w:r>
    </w:p>
    <w:p>
      <w:pPr>
        <w:spacing w:before="40" w:after="40"/>
        <w:ind w:left="864"/>
      </w:pPr>
      <w:r>
        <w:rPr>
          <w:rFonts w:ascii="Consolas" w:hAnsi="Consolas"/>
          <w:sz w:val="18"/>
        </w:rP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