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1614: 小华的零花钱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1614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4192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小明和小华去购买课外书，小明带了 x 元（ x 是一个三位整数），小明问小华带了多少钱，小华说自己带的钱只有小明带的金额的个位和百位的和那么多，请你编程帮助小华计算一下，他带了多少零花钱？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比如，假设小明带了 689 元，那么小华带的金额就是  6 + 9 = 15 元。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x 代表小明的零花钱的金额，x 是一个三位的整数。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小华的零花钱的金额。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689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