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1613: 跳远成绩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1613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4018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张晓峰在体育课上考核跳远项目，体育老师要求每位同学跳 3 次，取 3 次成绩的平均值为该同学的成绩。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已知张晓峰第一次跳 x 米，第二次只跳到了第一次的 80% 的距离（ 80% 指的是 x × 0.8 ），第三次跳到了第一次的 90% 的距离（ 90% 指的是 x × 0.9）。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请问张晓峰的平均成绩是多少？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x ，代表张晓峰第一次跳远的距离。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一个小数，代表张晓峰的平均成绩，输出保留 1 位小数。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2.7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