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1603: 冷饮的价格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30765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暑假来了，天气特别热，花花到冷饮店来买冷饮；已知雪糕 2.5 元 / 支，碎碎冰 1.5 元 / 支，花花买了 x 支雪糕和 y 支碎碎冰，老板说今天有优惠，可以有 1 支雪糕免费，请问花花应该付给老板多少钱？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注意：花花至少会买一支雪糕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x 和 y ，分别代表了雪糕和碎碎冰的购买数量。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一个小数，代表了花花应付给老板的金额（结果保留 1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