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1602: 总分和平均分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29305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期末考试成绩出来了，小明同学语文、数学、英语分别考了 x、y、z 分，请编程帮助小明计算一下，他的总分和平均分分别考了多少分？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x、y、z 分别代表小明三科考试的成绩。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行有一个整数，代表总分。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行有一个小数（保留 1 位小数）代表平均分。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100 95 91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95.3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