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1601: 挖胡萝卜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23783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小兔朱迪挖了 x 个胡萝卜，狐狸尼克挖到胡萝卜数量是小兔挖到的 3 倍，小羊肖恩挖到胡萝卜的数量比狐狸尼克少 8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请你编程计算一下狐狸尼克和小羊肖恩分别挖了几个胡萝卜，以及平均每个动物挖了几个胡萝卜？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x 代表小兔挖走的胡萝卜的数量。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三个数，每行 1 个，第 1 个整数代表狐狸尼克挖走的胡萝卜的数量，第 2 个整数代表小羊肖恩挖走的胡萝卜的数量，第 3 个数是小数代表平均每个动物挖走了几个胡萝卜（结果保留1位小数）。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20.7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