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1596: 火柴棒三角形问题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1596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37531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如下图所示，摆 1 个火柴棒三角形需要 3 根火柴，那么摆 2 个火柴棒三角形就需要 6 根火柴，请问摆 n 个火柴棒三角形需要多少根火柴？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72482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14ygqho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7248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，代表想要摆放的火柴棒三角形的数量。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一个整数，代表了需要多少根火柴的数量。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