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1590: 简单单词接龙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省赛回溯排列组合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2014江苏省青少年信息学奥林匹克竞赛复赛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个单词（ 1≤n≤50 ），每个单词由 2 个小写字母组成，并约定第 1 个单词为龙头。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个单词为：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af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接龙的方法为前一个单词的第 2 个字母和后一个单词的第 1 个字符相同，此时，可接的方法有：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aa-ac-cd-de 长度为 4 ，即龙上有 4 个单词。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也可以接：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aa-ab-bh-hk，长度为 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还可以接：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aa-af，长度为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程序要求给出单词之后，求出最长龙的长度。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2 个字母表示一个单词（单词字母间无空格）。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输出一个整数，即最长的接长度（即龙上单词的个数）。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2014江苏省青少年信息学奥林匹克竞赛复赛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