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1588: 奇怪的车牌号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汽车的车牌号是一个 8 位数，最高位可以为 0 ，所以车牌号范围为 00000000 到 99999999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有一辆汽车出了事故，司机驾车逃跑，有三位目击者向警方提供线索。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甲：车牌号的前 4 位是递增的自然数，如 0 1 2 3 ，或1 2 3 4 ，⋯ 最多为 6 7 8 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乙：车牌号的后 4 位也是递增的自然数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丙：车牌号的数字和是某个整数的平方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例如：0 1 2 3 1 2 3 4就是满足上面的三个条件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2 3和 1 2 3 4 均为递增的自然数，其数字和 16 为 4的平方。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当然，满足上面的三个条件的车牌号还有许多，你的任务求出所有满足条件的车牌号个数。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一个整数，即满足条件的车牌号的个数。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2014江苏省青少年信息学奥林匹克竞赛复赛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