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1585: 马里奥找中等的银币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1585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4276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勤劳的马里奥存了很多银币之后，担心自己坐吃山空，于是他决定好好学习，不断充实自己。这天马里奥学到了平均值的概念，在数学中，我们用所有数的总和 / 所有数的总个数得到平均数；比如说，数字 3 ,6 ,12 三个整数，平均值 =   (3 + 6 + 12 ) / 3  =  7 ；而数字 3, 10 两个整数，平均值 =  (3 + 10) / 2  =  6.5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学会平均值的概念之后，马里奥想要知道，他所有的银币中，最接近所有银币金额平均值的银币，金额是多少？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比如：假设马里奥存有的银币金额分别为 8, 5, 2, 8, 2, 4 ，那么这几个银币的平均值是 4.83333 ，最接近这个平均值的银币的金额，应当是 5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第一行是一个整数 n 代表马里奥有 n 个银币；（n  ≤q 1000）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第二行有 n 个整数，用空格隔开，代表马里奥每个银币的金额。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一个整数，代表最接近所有银币总金额平均值的那个银币的金额（所有数据保证，最接近平均值的银币的金额是唯一的，也就是说答案只有 1 个。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不存下面这种情况，比如，有 2 个银币，金额分别是 4 和 5 ，平均值是 4.5 ，金额 4 和金额 5 ，都是最接近的）。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8 2 7 8 2 4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