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1581: 马里奥的银币1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7920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马里奥有很多银币，有一天他得到了一张魔法卡，只要使用这张魔法卡，就可以使得他的银币里面的最大的银币金额变得更大。如果他最大的银币是偶数的金额，可以直接翻倍；如果他最大的银币是奇数的金额，可以使得银币金额加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比如：假设马里奥存有的银币金额分别为 5 7 8 1 4 ，那么最大的银币面值为 8 ，只要使用魔法卡，银币的金额就会变为5 7 16 1 4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再比如：假设马里奥存有的银币金额分别为 5 7 9 1 4 ，那么最大的银币面值为 9 ，只要使用魔法卡，银币的金额就会变为 5 7 10 1 4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已知马里奥众多的银币中，面额最大的银币只有 1 个，请你求出，马里奥使用魔法卡之后，他的银币金额分别是多少？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代表马里奥有 n 个银币。（n ≤ 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个整数，用空格隔开，代表马里奥每个银币的金额。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一行有 n 个整数，代表使用过魔法卡之后，马里奥的银币的金额，分别是多少？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