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1577: 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上了半天的物理数学课，大家的脑子有点转不动了，下午的课表似乎看透了同学们的心思，第一节就安排了体育课，CZ 中学的课表真是太有爱了，赞一个！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午间休息后，文体委员小 S 喊大家到教室外的走廊上排队，队形整好后小 S 带着大家走到了大操场上，体育老师早就在那等着了，他先安排同学们做了五分钟的准备活动，接下来让大家玩一个有趣的游戏，在这个游戏里，全班同学先散开站在操场上，同学们轮流玩这个游戏，从 1 号同学开始，然后是 2 号 3 号等等 （只要这个同学仍然参与这个游戏）。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次轮到玩的同学，就选择一个目前离他最近的同学，走过去拍他一下，然后回到原来的位置，那个被拍到的同学就被排除在游戏之外了，必须立刻离开操场。当操场上只剩下一个同学时，游戏即告结束，最后站在操场上的那个同学就是赢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 老师 正和隔壁班的 F 主任津津有味地在场边看着同学们做游戏，为了添加一点乐 趣，R 老师就和 F 主任打赌哪个同学会赢？所以他想事先知道谁是赢家。R 老师希望你写 一个程序，读入同学们相互之间的距离，模拟出哪个同学最终会获胜。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输入数据第一行为一个正整数 N， 表示在操场上玩游戏的人数，其中 1≤N≤1000；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接下来共有 N 行数据，每行有 N 个用空格隔开的整数，其中第 i 行第 j 列的数据表示操场上编号为 i 的同学与编号为 j 的同学之间的距离。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输入数据保证第 i 行第 i 列（主对角线上的位置）的数据均为 0，其余数据均为正整数，且第 i 行第 j 列的数据一定等于第 j 行 第 i 列的数据，这意味着同学甲到同学乙的距离等于同学乙到同学甲的距离；操场上任意两对同学之间的距离均不相同，也就是说上三角部分的正整数互不相同。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输出数据仅有一行包含一个正整数表示获胜的同学的编号。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6 4 0 2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3 5 2 0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号同学先玩，走过去拍了离他最近的 2 号同学，2 号同学被排除出游戏；接下去就直接轮到 3 号同学玩了，他走过去拍了 4 号同学，4 号同学被排除出游戏；再次轮到 1 号同学时，他走过去拍了 3 号同学，3 号同学被排除出游戏。最后 1 号同学获胜。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30% 的数据满足：n≤10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60% 的数据满足：n≤100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的数据满足：n≤1000，所有数据不超过长整型范围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常州市2014“信息与未来”选拔赛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