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1573: 书的面积(rec.cpp)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2019年天宁区选拔赛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下图所示的桌面上水平放置了一本长方形的书，已知长方形的四个顶点的位置，请你计算书的面积。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图中灰色部分为长方形的书，它的四个顶点的位置为：左上角位置为(1,3)，即在第 1 列每 3 行的交叉点上； 右上角位置为 (8,3), 即在第 8 列每 3 行的交叉点上；  左下角位置为( 1,6 )，即在第 1 列每 6 行的交叉点上；右下角位置为 (8,6)，即在第 8 列每 6 行的交叉点上；从图中可以看到此长方形的高度为 3，宽度为 7，面积为 21=3*7。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511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oy2251a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11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输入数据共有四行，每行有 2 个用空格隔开的正整数，表示长方形的一个顶点的位置，注意四个顶点的次序是随意的，第一个顶点不一定是左上角。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输出长方形的面积。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的数据，按顺时针方向依次给出四个顶点的坐标。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