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1568: 回文日期（date）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1568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noip复赛构造法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NOIP2016普及组复赛第2题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在日常生活中，通过年、月、日这三个要素可以表示出一个唯一确定的日期。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牛牛习惯用 8 位数字表示一个日期，其中，前 4 位代表年份，接下来 2 位代表月份，最后 2 位代表日期。显然：一个日期只有一种表示方法，而两个不同的日期的表 示方法不会相同。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牛牛认为，一个日期是回文的，当且仅当表示这个日期的 8 位数字是回文的。现在，牛牛想知道：在他指定的两个日期之间包含这两个日期本身），有多少个真实存在的日期是回文的。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 8 位数字是回文的，当且仅当对于所有的 i（1  ≤ i ≤ 8）从左向右数的第 i 个数字和第 9-i 个数字（即从右向左数的第 i 个数字）是相同的。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2016 年 11 月 19 日，用 8 位数字 20161119 表示，它不是回文的。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2010 年 1 月 2 日，用 8 位数字 20100102 表示，它是回文的。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2010 年 10 月 2 日，用 8 位数字 20101002 表示，它不是回文的。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每一年中都有 12 个月份：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其中，1, 3, 5, 7, 8, 10, 12 月每个月有 31 天；4, 6, 9, 11 月每个月有 30 天；而对于 2 月，闰年时有 29 天，平年时有 28 天。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一个年份是闰年当且仅当它满足下列两种情况其中的一种：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这个年份是 4 的整数倍，但不是 100 的整数倍；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这个年份是 400 的整数倍。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以下几个年份都是闰年：2000, 2012, 2016。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以下几个年份是平年：1900, 2011, 2014。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两行，每行包括一个 8 位数字。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第一行表示牛牛指定的起始日期。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第二行表示牛牛指定的终止日期。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date_1 和 date_2 都是真实存在的日期，且年份部分一定为 4 位数字，且首位数字不为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保证 date_1 一定不晚于 date_2。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一个整数，表示在 date_1 和 date_2 之间，有多少个日期是回文的。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【样例说明】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1，符合条件的日期是 20111102。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2，符合条件的日期是 20011002 和 20100102。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【子任务】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60 % 的数据，满足 date_1 = date_2。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