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1566: 图书管理员（librarian）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noip复赛函数问题数组问题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NOIP2017-普及组复赛第2题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图书馆中每本书都有一个图书编码，可以用于快速检索图书，这个图书编码是一个正整数。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每位借书的读者手中有一个需求码，这个需求码也是一个正整数。如果一本书的图书编码恰好以读者的需求码结尾，那么这本书就是这位读者所需要的。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小D刚刚当上图书馆的管理员，她知道图书馆里所有书的图书编码，她请你帮她写一个程序，对于每一位读者，求出他所需要的书中图书编码最小的那本书，如果没有他需要的书，请输出 -1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第一行，包含两个正整数 n , q，以一个空格分开，分别代表图书馆里 书的数量和读者的数量。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行，每行包含一个正整数，代表图书馆里某本书的图书编码。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q 行，每行包含两个正整数，以一个空格分开，第一个正整数代表图书馆 里读者的需求码的长度，第二个正整数代表读者的需求码。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q 行，每行包含一个整数，如果存在第 i 个读者所需要的书，则在第 i 行输出第 i 个读者所需要的书中图书编码最小的那本书的图书编码，否则输出-1。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5 5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2123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1123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2 23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3 123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3 124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2 12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1123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-1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-1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【输入输出样例 1 说明】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第一位读者需要的书有 2123、1123、23，其中 23 是最小的图书编码。第二位读者需要的书有 2123、1123 ，其中 1123 是最小的图书编码。对于第三位，第四位和第五位读者，没有书的图书编码以他们的需求码结尾，即没有他们需要的书，输出 -1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【数据规模与约定】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20%的数据，1 ≤ n ≤ 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另有 20%的数据，q =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另有 20%的数据，所有读者的需求码的长度均为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另有 20%的数据，所有的图书编码按从小到大的顺序给出。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100%的数据，1 ≤ n ≤ 1,000,1 ≤ q ≤ 1,000，所有的图书编码和需求码均 不超过 10,000,000。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NOIP2017-普及组复赛第2题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