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1564: 洗牌2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1564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1186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魔术师刘谦要洗牌了，请你写个程序来模拟洗牌的过程。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洗牌分弹牌和切牌两个操作：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弹牌——将牌组等分成两份，然后交错相插，如当前牌为 1 2 3 4 5 6 ，现在开始弹牌，先将牌分成 1 2 3 和 4 5 6 ，然后交错相插，变成 1 4 2 5 3 6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切牌——从牌堆里面拿出连续的一段，然后放到顶端。如当前牌为1 2 3 4 5 6，切完 2～5 之间的 4 张牌后变成 2 3 4 5 1 6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第一行为两个正整数 N 和 M ，N 表示牌堆里面有 N 张牌，M 表示共进行 M 次洗牌的操作。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第二行有 N 个正整数，代表 N 张牌上的数字，刘谦用的牌其实就是标有数字的卡片。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M 行，每行一个整数或者三个整数。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如果第一个数为 0 ，那么这一行就这只有一个数，表示弹牌。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如果第一个数为 1 ，那么后面跟着两个正整数 b 和 e ，表示把 b～e 这段牌切到顶端。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M 次操作后从第一张开始的每张牌上的数字。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相邻两数严格用一个空格隔开。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46 21 22 1 20 46 50 7 42 19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1 4 8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1 4 4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1 4 7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46 22 1 21 7 42 20 50 46 19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M≤5，N≤54，且 N 为偶数；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每张牌上标的数为不超过 54 的正整数，读入一行洗牌指令时应先读一个数，然后判断这个数是 0 还是 1 ，如果是 1 则再读 2 个数。另外你在记录牌的时候可以使用两个以上的数组！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