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1563: 植树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Star 为了参加编程选拔考试已经做好了非常充分的准备，但是他有个最重要的毛病就是他十分的粗心，为了能在考试中不犯低级错误，拿到比较好的成绩， star 决定做件好事来增加他的 rp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做什么好事呢？star 想到了常州好多道路刚修好，路边的绿化还没有好，于是 star 决定为一条刚修好的马路两旁种上树木。当然这一定是 star 亲自抄手（挖坑，种树，浇水 ⋯工程量好大，为了 rp ，star 豁出去了，再累再苦也干），道路每隔5米种一棵树，正常情况下 star 种一棵树需要 16 分钟（这么快，因为我们的 star 身强力壮）但是由于有部分位置的土壤质地不一样，所以 star 种树的时间有时会和正常情况不一样，质地软的就种得快，质地硬的就种得慢，当然不一样的土壤是预先知道的，所以 star 想统计他种完一条路上的树需要多少时间。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行：两个整数 m  和  n , m 表示道路有 m 米，（ m 保证是 5 的倍数）， n 表示有 n 段不同质地的土壤； m ≤ 100,n ≤ 100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2..n+1 行：每行 3 个整数 a,b,k 表示从第 a 米开始到 b 米结束这段道路的质地是一样的，(a ≤ b)在这些地上每种树需要耗费 k 分钟时间，道路起始位置为 0 ，起始位置当然也是要植树的。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一行：一个整数（保证在 longint 范围）， star  种完一条道路上的树需要的总时间。（注意道路的两边都要植树）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0 10 15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11 12 10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13 15 20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一共需要植 8 棵树，一边四棵。分别种在 0 5 10 15  号位置共需要 （15+15+15+20）*2 = 130 分钟。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