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1562: 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给出一个正整数n（1≤n≤100000）。在n的右边加入n的一半，然后在新数的右边再加入n的一半的一半，一直进行，直到不能再加为止。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 n=37         37的一半为18（取整数）加到n的右边成为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       3718         18的一半为9，加到新数的右边成为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       37189        9的一半为4，加到新数的右边成为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       371894       4的一半为2，加到新数的右边成为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       3718942      2的一半为1，加到新数的右边成为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       37189421     1的一半为0，加数结束，最后得到的数是一个8位的数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整数n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加数结束后新数的长度。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