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1560: 连续数的和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省赛前缀和差分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前缀和差分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给出两个整数n和k，（2≤n≤70000,1≤k≤n），求出1,2,3,…,n中连续k个数的和，并计算出和为平方数的个数。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例如n=10,k=3。在1,2,…,10中，连续3个数的和有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1+2+3=6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2+3+4=9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3+4+5=12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4+5+6=15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5+6+7=18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6+7+8=21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7+8+9=24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8+9+10=27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其中和为平方数的仅有9，因为9=3×3。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n,k两个整数。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一个整数，即1,2,…,n中连续k个数的和为平方数的个数。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2015江苏省青少年信息学奥林匹克小学组竞赛复赛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