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1556: 字符串替换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小明最近迷上了字符串操作。对每个字符串，小明每次可以执行以下两种操作之一:把字符串中的某个字符改成任意一个其他字符，花费1的代价。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交换字符串中的两个字符，花费0的代价。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小明发现，把一个字符串通过一系列的操作，可以转换成任何一个与之等长的字符串。例如，把 “hello”变为“world”的一种代价为 3 的操作序列如下: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hello → wello (替换 h 为 w，代价为 1)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wello → wolle (交换 e 和 o，代价为 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wolle → worle (替换 l 为 r，代价为 1)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worle → world (替换 e 为 d，代价为 1)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小明发现，无法用少于 3 次的代价将“hello”变为“world”。 显然，不同的转换方案花费的代价是不同的，请编程帮助小明计算把一个字符串变为另一个字符 串的最小代价。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本题中的字符串根据给定的初始数值 s 按以下规则生成: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for i = 1, 2, ... 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  s ← (s × 345) mod 19997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  第一个字符串的第 i 个字符的 ASCII 码为(97 + (s mod 26)) for i = 1, 2, ... 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  s ← (s × 345) mod 19997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  第二个字符串的第 i 个字符的 ASCII 码为(97 + (s mod 26))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正整数 n (字符串长度), s (数据生成器的初始数值)。1 ≤ n ≤ 1,000，1 ≤ s ≤ 19,997。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将第一个字符串转换为第二个字符串的最少代价。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4 35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样例1: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样例2: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100 31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样例1: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样例2: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在样例 1 中，生成的字符串是“lzvv”和“xylv”，将第一个字符串变为第二个的最小代价为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2016江苏省青少年信息学奥林匹克小学组竞赛复赛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