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1549: 密码锁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省赛筛素数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乌龟给自己的贵重物品上了密码锁。密码锁上有 5 个数字拨盘。每个数字拨盘每次向上拨使数字增加 1 (9 向上拨得到 0)，向下拨使数字减少 1 (0 向下拨得到 9)。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拨盘上的数字组成一个 5 位数。只要拨盘上的数字变为素数，密码锁就会被解开。素数 (又称质数) 是只能被 1 和它自身整除的大于 1 的自然数。因为乌龟动作实在太慢，他希望你帮他计算如何开锁，使得拨动的总次数最少。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5 位数，表示拨盘的初始数字。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5 位素数，表示开启密码锁使用的素数(拨动次数最少)。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如有多组解，输出满足条件的最大数。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01212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01213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2017江苏省青少年信息学奥林匹克竞赛复赛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