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1545: 比分 (score)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1545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区赛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269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2019常州市天宁区选拔赛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花在乒乓球馆里最喜欢一个叫樊振东的选手，今天它趴在窗户上看了一下午他们的训练，直到被打扫卫生的大叔赶走。小花的记性非常好，能够记录一整个下午的比赛情况，比如它记录的情况是（其中F表示樊振东选手获得一分，A 表示樊振东的对手获得一分）：FFFFFFFFFFFFFFFFFFFFFFAF。在当前的赛制下，此时比赛的结果是樊振东第一局 11 比 0 获胜，第二局 11 比 0 获胜，正在进行第三局，当前比分 1 比 1。因为小花看得太全神贯注了，完全没有注意比分，以至于它完全不知道一下午的具体比分，于是小花找了它的好朋友编程兔来帮忙。可是编程兔去挖萝卜了，于是小花来求助聪明的小朋友们。你的程序就是要对于一系列比赛信息的输入（FA 形式），输出正确的结果。 注：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1）当前使用的是 11 分制，到 10 平后，需要胜出 2 分后，才算胜，如：12：10；17：15 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2）如果一局比赛刚开始，则此时比分不必输出。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3）输入数据每行至多 20 个字母，行数可能很多，最多可能有 10000 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输入包含若干行字符串（每行至多 20 个字母），字符串由大写的 F、A 和 E 组成。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其中 E 表示比赛信息结束，程序应该忽略 E 之后的所有内容。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输出有若干行，每一行对应一局比赛的比分（按输入顺序）。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FFFFFFFFFFFFFFFFFFFF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FFAFE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11:0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11:0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1:1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前 11 分都是 F，所以第一局 11:0，之后 11 分也都是 F，所以第二局也是 11:0，最后两分分别是 A 和 F，所以是 1:1，E 表示结束。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数据规模：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每行最多有 20 个字符，只有 F、A 和 E 三种字母，没有其他多余的字母。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30% 的数据，输入只有一行。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60% 的数据，输入不超过 10 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的数据，输入数据不超过 10000 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