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1542: 小X算排名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市赛二分容器后缀和树状数组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 二分 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X 很关心自己在学校的表现。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班主任手上有一本“个人得分记录本”，如果一位同学表现好就会加分，表现差则会扣分。学期结束，每位同学都得知了自己的个人得分。小 X 想知道其他同学情况如何，但由于排名不公布，他只好一个个去问班里的其他同学。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现在，小 X 手上有班里共 N 位同学的个人得分，他想知道每位同学的排名 （得分相同则排名相同，见样例），可并不知道该如何计算，希望你帮帮他。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第一行包含一个整数 N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行，第 i 行包含一个整数 A_i，表示第 i 位同学的得分。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行，第 i 行包含一个整数，表示第 i 位同学的排名。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的数据，N≤10。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的数据，N≤1000。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的数据，1≤N≤100000，0≤A_i≤100000。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由于本题读入、输出的数据较多，C++选手请使用scanf和printf 替代 cin和cout 提升读写效率。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常州市2015“信息与未来”夏令营选拔赛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