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1539: 小X放骨牌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常州市2015“信息与未来”夏令营选拔赛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小X喜欢下棋。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这天，小X对着一个长为 N 宽为 M 的矩形棋盘发呆，突然想到棋盘上不仅可以放棋子， 还可以放多米诺骨牌。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每个骨牌都是一个长为 2 宽为 1 的矩形，当然可以任意旋转。小X想知道在骨牌两两不重叠的前提下，这个棋盘上最多能放多少个骨牌，希望你帮帮他。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第一行包含用一个空格隔开的两个整数 N,M。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第一行包含一个整数，表示该棋盘上最多能放的骨牌个数。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如图所示，三种颜色分别对应了三个骨牌。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的数据，N,M ≤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的数据，N,M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N,M ≤ 40000。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853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yjkg8_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853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