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1538: 小 X 与煎饼达人(flip)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市赛前缀和差分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 前缀和差分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玩着玩着小 X 觉得有点饿了， 他想出门买些吃的。 刚刚走出大门，小 X 就看到有位大叔在做煎饼，而且做法十分有趣。 只见此人将 n 块煎饼排成一排，手持一把大铲，将煎饼铲得上下翻飞， 煞是好看。 小 X 顿时食指大动， 赶紧走上前去细细打量， 发现此人做煎饼还十分的讲究，在做的过程中，大叔每次会将从第 x 块煎饼开始到第 y 块煎饼结束的这 y-x+1 块煎饼全部翻个个儿（正面翻到反面， 反面翻到正面）。而他每次会选择不同的区间（区间是指连续的一段煎饼，如 3, 4, 5, 6 四块煎饼用区间 [3, 6] 表示）来翻这些煎饼。每块煎饼都有正反两面， 开始时这些煎饼都是反面朝上。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此人一共翻了 m 次煎饼，看得小 X 眼花缭乱。 但是小 X 很想知道这 n 块煎饼到最后一共有多少块是正面朝上的， 于是他只好求助于你了。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输入数据第一行包含两个用空格隔开的正整数表示 n 和 m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m 行每行两个用空格隔开的正整数 x 和 y， 表示每次将区间 [x， y] 中的 y-x+1 块煎饼翻个个儿。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开始时这 n 块煎饼都是反面朝上（提示： 可以用 0 表示煎饼的反面，1 表示煎饼的正面）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输出仅有一行包含一个整数 ans ， 表示最后有 ans 块煎饼是正面朝上的。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【样例解释】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共有 10 块煎饼， 开始时状态为“反反反反反反反反反反”， 第一次操作将区间 [1，8] 的煎饼翻个身，状态变成“ 正正正正正正正正反反”， 红色表示翻的区间。 第二次操作将区间 [5，6] 的煎饼翻个身， 状态变成“正正正正反反正正反反”。 第三次操作将区间 [1， 9] 的煎饼翻个身， 状态变成“ 反反反反正正反反正反”。 第四次操作将区间 [3，8] 的煎饼翻个身， 状态变成“反反正正反反正正正反”。 第五次操作将区间 [2，7] 的煎饼翻个身， 状态变成“反正反反正正反正正反”。最后共有 5 块煎饼正面朝上。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30% 的数据， 1 ≤ n,m ≤ 100，1 ≤ x ≤ y ≤ n；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对于另外 30% 的数据， 1 ≤ n ≤ 1000000 ，1 ≤ m ≤  100000， x = 1, 1 ≤ y ≤ n；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对于另外 40% 的数据， 1 ≤ n ≤ 1000000，1 ≤ m ≤ 100000，1 ≤ x ≤ y ≤ n；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【来源】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常州市2016“信息与未来”夏令营选拔赛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